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ind w:left="0" w:firstLine="0"/>
        <w:jc w:val="center"/>
      </w:pPr>
      <w:r>
        <w:rPr>
          <w:rFonts w:ascii="Yu Mincho" w:hAnsi="Yu Mincho" w:eastAsia="游明朝"/>
          <w:b/>
          <w:sz w:val="32"/>
        </w:rPr>
        <w:t>委任状</w:t>
      </w:r>
    </w:p>
    <w:p>
      <w:pPr>
        <w:spacing w:after="200"/>
        <w:ind w:left="0" w:firstLine="0"/>
        <w:jc w:val="center"/>
      </w:pPr>
      <w:r>
        <w:rPr>
          <w:rFonts w:ascii="Yu Mincho" w:hAnsi="Yu Mincho" w:eastAsia="游明朝"/>
          <w:b/>
          <w:sz w:val="24"/>
        </w:rPr>
        <w:t>Power of Attorney</w:t>
      </w:r>
    </w:p>
    <w:p>
      <w:pPr>
        <w:spacing w:after="20"/>
        <w:ind w:left="0" w:firstLine="0"/>
      </w:pPr>
      <w:r>
        <w:rPr>
          <w:rFonts w:ascii="Yu Mincho" w:hAnsi="Yu Mincho" w:eastAsia="游明朝"/>
          <w:b w:val="0"/>
          <w:sz w:val="21"/>
        </w:rPr>
        <w:t>私は、下記の受任者に対し、以下の権限を委任します。</w:t>
      </w:r>
    </w:p>
    <w:p>
      <w:pPr>
        <w:spacing w:after="200"/>
        <w:ind w:left="0" w:firstLine="0"/>
      </w:pPr>
      <w:r>
        <w:rPr>
          <w:rFonts w:ascii="Yu Mincho" w:hAnsi="Yu Mincho" w:eastAsia="游明朝"/>
          <w:b w:val="0"/>
          <w:sz w:val="20"/>
        </w:rPr>
        <w:t>I hereby appoint the person identified below as my authorized representative and delegate the following authority.</w:t>
      </w:r>
    </w:p>
    <w:p>
      <w:pPr>
        <w:spacing w:after="100"/>
        <w:ind w:left="0" w:firstLine="0"/>
      </w:pPr>
      <w:r>
        <w:rPr>
          <w:rFonts w:ascii="Yu Mincho" w:hAnsi="Yu Mincho" w:eastAsia="游明朝"/>
          <w:b/>
          <w:sz w:val="23"/>
        </w:rPr>
        <w:t>【委任する権限 / Scope of Authority】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a. 官公署への申請書類の作成</w:t>
      </w:r>
    </w:p>
    <w:p>
      <w:pPr>
        <w:spacing w:after="80"/>
        <w:ind w:left="454" w:firstLine="0"/>
      </w:pPr>
      <w:r>
        <w:rPr>
          <w:rFonts w:ascii="Yu Mincho" w:hAnsi="Yu Mincho" w:eastAsia="游明朝"/>
          <w:b w:val="0"/>
          <w:sz w:val="19"/>
        </w:rPr>
        <w:t>a. Preparation of application documents to be submitted to government authorities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b. 必要書類の収集及び提出</w:t>
      </w:r>
    </w:p>
    <w:p>
      <w:pPr>
        <w:spacing w:after="80"/>
        <w:ind w:left="454" w:firstLine="0"/>
      </w:pPr>
      <w:r>
        <w:rPr>
          <w:rFonts w:ascii="Yu Mincho" w:hAnsi="Yu Mincho" w:eastAsia="游明朝"/>
          <w:b w:val="0"/>
          <w:sz w:val="19"/>
        </w:rPr>
        <w:t>b. Collection and submission of required documents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c. 出入国在留管理局との連絡</w:t>
      </w:r>
    </w:p>
    <w:p>
      <w:pPr>
        <w:spacing w:after="80"/>
        <w:ind w:left="454" w:firstLine="0"/>
      </w:pPr>
      <w:r>
        <w:rPr>
          <w:rFonts w:ascii="Yu Mincho" w:hAnsi="Yu Mincho" w:eastAsia="游明朝"/>
          <w:b w:val="0"/>
          <w:sz w:val="19"/>
        </w:rPr>
        <w:t>c. Communications with the Immigration Services Agency of Japan and relevant immigration offices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d. 補正書及び追加資料の提出</w:t>
      </w:r>
    </w:p>
    <w:p>
      <w:pPr>
        <w:spacing w:after="80"/>
        <w:ind w:left="454" w:firstLine="0"/>
      </w:pPr>
      <w:r>
        <w:rPr>
          <w:rFonts w:ascii="Yu Mincho" w:hAnsi="Yu Mincho" w:eastAsia="游明朝"/>
          <w:b w:val="0"/>
          <w:sz w:val="19"/>
        </w:rPr>
        <w:t>d. Submission of corrections, supplementary documents, and additional materials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e. 申請状況の照会</w:t>
      </w:r>
    </w:p>
    <w:p>
      <w:pPr>
        <w:spacing w:after="80"/>
        <w:ind w:left="454" w:firstLine="0"/>
      </w:pPr>
      <w:r>
        <w:rPr>
          <w:rFonts w:ascii="Yu Mincho" w:hAnsi="Yu Mincho" w:eastAsia="游明朝"/>
          <w:b w:val="0"/>
          <w:sz w:val="19"/>
        </w:rPr>
        <w:t>e. Inquiries regarding the status of the application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f. 審査結果の受領</w:t>
      </w:r>
    </w:p>
    <w:p>
      <w:pPr>
        <w:spacing w:after="80"/>
        <w:ind w:left="454" w:firstLine="0"/>
      </w:pPr>
      <w:r>
        <w:rPr>
          <w:rFonts w:ascii="Yu Mincho" w:hAnsi="Yu Mincho" w:eastAsia="游明朝"/>
          <w:b w:val="0"/>
          <w:sz w:val="19"/>
        </w:rPr>
        <w:t>f. Receipt of the examination result and related notices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g. a.～f.のほか、下記委任事項に付随する一切の権限</w:t>
      </w:r>
    </w:p>
    <w:p>
      <w:pPr>
        <w:spacing w:after="80"/>
        <w:ind w:left="454" w:firstLine="0"/>
      </w:pPr>
      <w:r>
        <w:rPr>
          <w:rFonts w:ascii="Yu Mincho" w:hAnsi="Yu Mincho" w:eastAsia="游明朝"/>
          <w:b w:val="0"/>
          <w:sz w:val="19"/>
        </w:rPr>
        <w:t>g. Any other authority incidental or necessary to carry out the matters described in items a through f and the delegated matters below</w:t>
      </w:r>
    </w:p>
    <w:p>
      <w:pPr>
        <w:spacing w:after="100"/>
        <w:ind w:left="0" w:firstLine="0"/>
      </w:pPr>
      <w:r>
        <w:rPr>
          <w:rFonts w:ascii="Yu Mincho" w:hAnsi="Yu Mincho" w:eastAsia="游明朝"/>
          <w:b/>
          <w:sz w:val="23"/>
        </w:rPr>
        <w:t>1. 委任事項 / Matters Delegated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□ 在留資格認定証明書交付申請（COE）</w:t>
      </w:r>
    </w:p>
    <w:p>
      <w:pPr>
        <w:spacing w:after="60"/>
        <w:ind w:left="454" w:firstLine="0"/>
      </w:pPr>
      <w:r>
        <w:rPr>
          <w:rFonts w:ascii="Yu Mincho" w:hAnsi="Yu Mincho" w:eastAsia="游明朝"/>
          <w:b w:val="0"/>
          <w:sz w:val="19"/>
        </w:rPr>
        <w:t>□ Application for Certificate of Eligibility (COE)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□ 在留資格変更許可申請</w:t>
      </w:r>
    </w:p>
    <w:p>
      <w:pPr>
        <w:spacing w:after="60"/>
        <w:ind w:left="454" w:firstLine="0"/>
      </w:pPr>
      <w:r>
        <w:rPr>
          <w:rFonts w:ascii="Yu Mincho" w:hAnsi="Yu Mincho" w:eastAsia="游明朝"/>
          <w:b w:val="0"/>
          <w:sz w:val="19"/>
        </w:rPr>
        <w:t>□ Application for Change of Status of Residence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□ 在留期間更新許可申請</w:t>
      </w:r>
    </w:p>
    <w:p>
      <w:pPr>
        <w:spacing w:after="60"/>
        <w:ind w:left="454" w:firstLine="0"/>
      </w:pPr>
      <w:r>
        <w:rPr>
          <w:rFonts w:ascii="Yu Mincho" w:hAnsi="Yu Mincho" w:eastAsia="游明朝"/>
          <w:b w:val="0"/>
          <w:sz w:val="19"/>
        </w:rPr>
        <w:t>□ Application for Extension of Period of Stay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□ 永住許可申請</w:t>
      </w:r>
    </w:p>
    <w:p>
      <w:pPr>
        <w:spacing w:after="60"/>
        <w:ind w:left="454" w:firstLine="0"/>
      </w:pPr>
      <w:r>
        <w:rPr>
          <w:rFonts w:ascii="Yu Mincho" w:hAnsi="Yu Mincho" w:eastAsia="游明朝"/>
          <w:b w:val="0"/>
          <w:sz w:val="19"/>
        </w:rPr>
        <w:t>□ Application for Permanent Residence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□ 資格外活動許可申請</w:t>
      </w:r>
    </w:p>
    <w:p>
      <w:pPr>
        <w:spacing w:after="60"/>
        <w:ind w:left="454" w:firstLine="0"/>
      </w:pPr>
      <w:r>
        <w:rPr>
          <w:rFonts w:ascii="Yu Mincho" w:hAnsi="Yu Mincho" w:eastAsia="游明朝"/>
          <w:b w:val="0"/>
          <w:sz w:val="19"/>
        </w:rPr>
        <w:t>□ Application for Permission to Engage in Activity Other Than That Permitted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□ 就労資格証明書交付申請</w:t>
      </w:r>
    </w:p>
    <w:p>
      <w:pPr>
        <w:spacing w:after="60"/>
        <w:ind w:left="454" w:firstLine="0"/>
      </w:pPr>
      <w:r>
        <w:rPr>
          <w:rFonts w:ascii="Yu Mincho" w:hAnsi="Yu Mincho" w:eastAsia="游明朝"/>
          <w:b w:val="0"/>
          <w:sz w:val="19"/>
        </w:rPr>
        <w:t>□ Application for Certificate of Authorized Employment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□ 再入国許可申請</w:t>
      </w:r>
    </w:p>
    <w:p>
      <w:pPr>
        <w:spacing w:after="60"/>
        <w:ind w:left="454" w:firstLine="0"/>
      </w:pPr>
      <w:r>
        <w:rPr>
          <w:rFonts w:ascii="Yu Mincho" w:hAnsi="Yu Mincho" w:eastAsia="游明朝"/>
          <w:b w:val="0"/>
          <w:sz w:val="19"/>
        </w:rPr>
        <w:t>□ Application for Re-entry Permit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□ 在留カードに関する届出</w:t>
      </w:r>
    </w:p>
    <w:p>
      <w:pPr>
        <w:spacing w:after="60"/>
        <w:ind w:left="454" w:firstLine="0"/>
      </w:pPr>
      <w:r>
        <w:rPr>
          <w:rFonts w:ascii="Yu Mincho" w:hAnsi="Yu Mincho" w:eastAsia="游明朝"/>
          <w:b w:val="0"/>
          <w:sz w:val="19"/>
        </w:rPr>
        <w:t>□ Notifications and procedures relating to the Residence Card</w:t>
      </w:r>
    </w:p>
    <w:p>
      <w:pPr>
        <w:spacing w:after="0"/>
        <w:ind w:left="283" w:firstLine="0"/>
      </w:pPr>
      <w:r>
        <w:rPr>
          <w:rFonts w:ascii="Yu Mincho" w:hAnsi="Yu Mincho" w:eastAsia="游明朝"/>
          <w:b w:val="0"/>
          <w:sz w:val="21"/>
        </w:rPr>
        <w:t>□ その他（　　　　　　　　　　　　　　　　）</w:t>
      </w:r>
    </w:p>
    <w:p>
      <w:pPr>
        <w:spacing w:after="60"/>
        <w:ind w:left="454" w:firstLine="0"/>
      </w:pPr>
      <w:r>
        <w:rPr>
          <w:rFonts w:ascii="Yu Mincho" w:hAnsi="Yu Mincho" w:eastAsia="游明朝"/>
          <w:b w:val="0"/>
          <w:sz w:val="19"/>
        </w:rPr>
        <w:t>□ Other (                                      )</w:t>
      </w:r>
    </w:p>
    <w:p>
      <w:pPr>
        <w:spacing w:after="100"/>
        <w:ind w:left="0" w:firstLine="0"/>
      </w:pPr>
      <w:r>
        <w:rPr>
          <w:rFonts w:ascii="Yu Mincho" w:hAnsi="Yu Mincho" w:eastAsia="游明朝"/>
          <w:b/>
          <w:sz w:val="23"/>
        </w:rPr>
        <w:t>2. 委任者 / Principal</w:t>
      </w:r>
    </w:p>
    <w:p>
      <w:pPr>
        <w:spacing w:after="120"/>
        <w:ind w:left="0" w:firstLine="0"/>
      </w:pPr>
      <w:r>
        <w:rPr>
          <w:rFonts w:ascii="Yu Mincho" w:hAnsi="Yu Mincho" w:eastAsia="游明朝"/>
          <w:b w:val="0"/>
          <w:sz w:val="21"/>
        </w:rPr>
        <w:t>氏名 / Name：____________________________________________</w:t>
      </w:r>
    </w:p>
    <w:p>
      <w:pPr>
        <w:spacing w:after="120"/>
        <w:ind w:left="0" w:firstLine="0"/>
      </w:pPr>
      <w:r>
        <w:rPr>
          <w:rFonts w:ascii="Yu Mincho" w:hAnsi="Yu Mincho" w:eastAsia="游明朝"/>
          <w:b w:val="0"/>
          <w:sz w:val="21"/>
        </w:rPr>
        <w:t>住所 / Address：__________________________________________</w:t>
      </w:r>
    </w:p>
    <w:p>
      <w:pPr>
        <w:spacing w:after="120"/>
        <w:ind w:left="0" w:firstLine="0"/>
      </w:pPr>
      <w:r>
        <w:rPr>
          <w:rFonts w:ascii="Yu Mincho" w:hAnsi="Yu Mincho" w:eastAsia="游明朝"/>
          <w:b w:val="0"/>
          <w:sz w:val="21"/>
        </w:rPr>
        <w:t>電話番号 / Phone Number：_________________________________</w:t>
      </w:r>
    </w:p>
    <w:p>
      <w:pPr>
        <w:spacing w:after="100"/>
        <w:ind w:left="0" w:firstLine="0"/>
      </w:pPr>
      <w:r>
        <w:rPr>
          <w:rFonts w:ascii="Yu Mincho" w:hAnsi="Yu Mincho" w:eastAsia="游明朝"/>
          <w:b/>
          <w:sz w:val="23"/>
        </w:rPr>
        <w:t>3. 受任者 / Authorized Representative</w:t>
      </w:r>
    </w:p>
    <w:p>
      <w:pPr>
        <w:spacing w:after="20"/>
        <w:ind w:left="0" w:firstLine="0"/>
      </w:pPr>
      <w:r>
        <w:rPr>
          <w:rFonts w:ascii="Yu Mincho" w:hAnsi="Yu Mincho" w:eastAsia="游明朝"/>
          <w:b/>
          <w:sz w:val="21"/>
        </w:rPr>
        <w:t>トラスト清水行政書士事務所　行政書士　清水哲行</w:t>
      </w:r>
    </w:p>
    <w:p>
      <w:pPr>
        <w:spacing w:after="60"/>
        <w:ind w:left="0" w:firstLine="0"/>
      </w:pPr>
      <w:r>
        <w:rPr>
          <w:rFonts w:ascii="Yu Mincho" w:hAnsi="Yu Mincho" w:eastAsia="游明朝"/>
          <w:b w:val="0"/>
          <w:sz w:val="19"/>
        </w:rPr>
        <w:t>Trust Shimizu Administrative Scrivener Office / Administrative Scrivener: Tetsuyuki Shimizu</w:t>
      </w:r>
    </w:p>
    <w:p>
      <w:pPr>
        <w:spacing w:after="20"/>
        <w:ind w:left="0" w:firstLine="0"/>
      </w:pPr>
      <w:r>
        <w:rPr>
          <w:rFonts w:ascii="Yu Mincho" w:hAnsi="Yu Mincho" w:eastAsia="游明朝"/>
          <w:b w:val="0"/>
          <w:sz w:val="21"/>
        </w:rPr>
        <w:t>登録番号 / Registration No.：25082813</w:t>
      </w:r>
    </w:p>
    <w:p>
      <w:pPr>
        <w:spacing w:after="20"/>
        <w:ind w:left="0" w:firstLine="0"/>
      </w:pPr>
      <w:r>
        <w:rPr>
          <w:rFonts w:ascii="Yu Mincho" w:hAnsi="Yu Mincho" w:eastAsia="游明朝"/>
          <w:b w:val="0"/>
          <w:sz w:val="21"/>
        </w:rPr>
        <w:t>所在地 / Address：東京都杉並区上荻三丁目7番2号</w:t>
      </w:r>
    </w:p>
    <w:p>
      <w:pPr>
        <w:spacing w:after="20"/>
        <w:ind w:left="0" w:firstLine="0"/>
      </w:pPr>
      <w:r>
        <w:rPr>
          <w:rFonts w:ascii="Yu Mincho" w:hAnsi="Yu Mincho" w:eastAsia="游明朝"/>
          <w:b w:val="0"/>
          <w:sz w:val="19"/>
        </w:rPr>
        <w:t>3-7-2 Kamiogi, Suginami-ku, Tokyo, Japan</w:t>
      </w:r>
    </w:p>
    <w:p>
      <w:pPr>
        <w:spacing w:after="160"/>
        <w:ind w:left="0" w:firstLine="0"/>
      </w:pPr>
      <w:r>
        <w:rPr>
          <w:rFonts w:ascii="Yu Mincho" w:hAnsi="Yu Mincho" w:eastAsia="游明朝"/>
          <w:b w:val="0"/>
          <w:sz w:val="21"/>
        </w:rPr>
        <w:t>電話番号 / Phone Number：090-1839-0589</w:t>
      </w:r>
    </w:p>
    <w:p>
      <w:pPr>
        <w:spacing w:after="100"/>
        <w:ind w:left="0" w:firstLine="0"/>
      </w:pPr>
      <w:r>
        <w:rPr>
          <w:rFonts w:ascii="Yu Mincho" w:hAnsi="Yu Mincho" w:eastAsia="游明朝"/>
          <w:b/>
          <w:sz w:val="23"/>
        </w:rPr>
        <w:t>4. 委任期間 / Term of Authorization</w:t>
      </w:r>
    </w:p>
    <w:p>
      <w:pPr>
        <w:spacing w:after="20"/>
        <w:ind w:left="0" w:firstLine="0"/>
      </w:pPr>
      <w:r>
        <w:rPr>
          <w:rFonts w:ascii="Yu Mincho" w:hAnsi="Yu Mincho" w:eastAsia="游明朝"/>
          <w:b w:val="0"/>
          <w:sz w:val="21"/>
        </w:rPr>
        <w:t>本件申請手続の終了日まで</w:t>
      </w:r>
    </w:p>
    <w:p>
      <w:pPr>
        <w:spacing w:after="160"/>
        <w:ind w:left="0" w:firstLine="0"/>
      </w:pPr>
      <w:r>
        <w:rPr>
          <w:rFonts w:ascii="Yu Mincho" w:hAnsi="Yu Mincho" w:eastAsia="游明朝"/>
          <w:b w:val="0"/>
          <w:sz w:val="19"/>
        </w:rPr>
        <w:t>Until completion of the application procedure described above.</w:t>
      </w:r>
    </w:p>
    <w:p>
      <w:pPr>
        <w:spacing w:after="100"/>
        <w:ind w:left="0" w:firstLine="0"/>
      </w:pPr>
      <w:r>
        <w:rPr>
          <w:rFonts w:ascii="Yu Mincho" w:hAnsi="Yu Mincho" w:eastAsia="游明朝"/>
          <w:b/>
          <w:sz w:val="23"/>
        </w:rPr>
        <w:t>5. 署名 / Signature</w:t>
      </w:r>
    </w:p>
    <w:p>
      <w:pPr>
        <w:spacing w:after="20"/>
        <w:ind w:left="0" w:firstLine="0"/>
      </w:pPr>
      <w:r>
        <w:rPr>
          <w:rFonts w:ascii="Yu Mincho" w:hAnsi="Yu Mincho" w:eastAsia="游明朝"/>
          <w:b w:val="0"/>
          <w:sz w:val="21"/>
        </w:rPr>
        <w:t>私は、本委任状の内容を理解し、上記のとおり委任します。</w:t>
      </w:r>
    </w:p>
    <w:p>
      <w:pPr>
        <w:spacing w:after="200"/>
        <w:ind w:left="0" w:firstLine="0"/>
      </w:pPr>
      <w:r>
        <w:rPr>
          <w:rFonts w:ascii="Yu Mincho" w:hAnsi="Yu Mincho" w:eastAsia="游明朝"/>
          <w:b w:val="0"/>
          <w:sz w:val="19"/>
        </w:rPr>
        <w:t>I confirm that I understand the contents of this Power of Attorney and hereby grant the authority stated above.</w:t>
      </w:r>
    </w:p>
    <w:p>
      <w:pPr>
        <w:spacing w:after="160"/>
        <w:ind w:left="0" w:firstLine="0"/>
      </w:pPr>
      <w:r>
        <w:rPr>
          <w:rFonts w:ascii="Yu Mincho" w:hAnsi="Yu Mincho" w:eastAsia="游明朝"/>
          <w:b w:val="0"/>
          <w:sz w:val="21"/>
        </w:rPr>
        <w:t>日付 / Date：________________________</w:t>
      </w:r>
    </w:p>
    <w:p>
      <w:pPr>
        <w:spacing w:after="40"/>
        <w:ind w:left="0" w:firstLine="0"/>
      </w:pPr>
      <w:r>
        <w:rPr>
          <w:rFonts w:ascii="Yu Mincho" w:hAnsi="Yu Mincho" w:eastAsia="游明朝"/>
          <w:b w:val="0"/>
          <w:sz w:val="21"/>
        </w:rPr>
        <w:t>委任者署名 / Signature of Principal：________________________________________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Mincho" w:hAnsi="Yu Mincho" w:eastAsia="游明朝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